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</w:p>
    <w:p>
      <w:pPr>
        <w:jc w:val="right"/>
      </w:pPr>
      <w:r>
        <w:t>سورة يس</w:t>
      </w:r>
    </w:p>
    <w:p>
      <w:pPr>
        <w:jc w:val="right"/>
      </w:pPr>
    </w:p>
    <w:p>
      <w:pPr>
        <w:jc w:val="right"/>
      </w:pPr>
      <w:r>
        <w:t>بِسْمِ اللَّهِ الرَّحْمَٰنِ الرَّحِيمِ</w:t>
      </w:r>
    </w:p>
    <w:p>
      <w:pPr>
        <w:jc w:val="right"/>
      </w:pPr>
    </w:p>
    <w:p>
      <w:pPr>
        <w:jc w:val="right"/>
      </w:pPr>
      <w:r>
        <w:t>1. يس</w:t>
      </w:r>
    </w:p>
    <w:p>
      <w:pPr>
        <w:jc w:val="right"/>
      </w:pPr>
      <w:r>
        <w:t>2. وَالْقُرْآنِ الْحَكِيمِ</w:t>
      </w:r>
    </w:p>
    <w:p>
      <w:pPr>
        <w:jc w:val="right"/>
      </w:pPr>
      <w:r>
        <w:t>3. إِنَّكَ لَمِنَ الْمُرْسَلِينَ</w:t>
      </w:r>
    </w:p>
    <w:p>
      <w:pPr>
        <w:jc w:val="right"/>
      </w:pPr>
      <w:r>
        <w:t>4. عَلَىٰ صِرَاطٍ مُّسْتَقِيمٍ</w:t>
      </w:r>
    </w:p>
    <w:p>
      <w:pPr>
        <w:jc w:val="right"/>
      </w:pPr>
      <w:r>
        <w:t>5. تَنزِيلَ الْعَزِيزِ الرَّحِيمِ</w:t>
      </w:r>
    </w:p>
    <w:p>
      <w:pPr>
        <w:jc w:val="right"/>
      </w:pPr>
      <w:r>
        <w:t>6. لِتُنذِرَ قَوْمًا مَّا أُنذِرَ آبَاؤُهُمْ فَهُمْ غَافِلُونَ</w:t>
      </w:r>
    </w:p>
    <w:p>
      <w:pPr>
        <w:jc w:val="right"/>
      </w:pPr>
      <w:r>
        <w:t>7. لَقَدْ حَقَّ الْقَوْلُ عَلَىٰ أَكْثَرِهِمْ فَهُمْ لَا يُؤْمِنُونَ</w:t>
      </w:r>
    </w:p>
    <w:p>
      <w:pPr>
        <w:jc w:val="right"/>
      </w:pPr>
      <w:r>
        <w:t>8. إِنَّا جَعَلْنَا فِي أَعْنَاقِهِمْ أَغْلَالًا فَهِيَ إِلَى الْأَذْقَانِ فَهُم مُّقْمَحُونَ</w:t>
      </w:r>
    </w:p>
    <w:p>
      <w:pPr>
        <w:jc w:val="right"/>
      </w:pPr>
      <w:r>
        <w:t>9. وَجَعَلْنَا مِن بَيْنِ أَيْدِيهِمْ سَدًّا وَمِنْ خَلْفِهِمْ سَدًّا فَأَغْشَيْنَاهُمْ فَهُمْ لَا يُبْصِرُونَ</w:t>
      </w:r>
    </w:p>
    <w:p>
      <w:pPr>
        <w:jc w:val="right"/>
      </w:pPr>
      <w:r>
        <w:t>10. وَسَوَاءٌ عَلَيْهِمْ أَأَنذَرْتَهُمْ أَمْ لَمْ تُنذِرْهُمْ لَا يُؤْمِنُونَ</w:t>
      </w:r>
    </w:p>
    <w:p>
      <w:pPr>
        <w:jc w:val="right"/>
      </w:pPr>
      <w:r>
        <w:t>11. إِنَّمَا تُنذِرُ مَنِ اتَّبَعَ الذِّكْرَ وَخَشِيَ الرَّحْمَٰنَ بِالْغَيْبِ فَبَشِّرْهُ بِمَغْفِرَةٍ وَأَجْرٍ كَرِيمٍ</w:t>
      </w:r>
    </w:p>
    <w:p>
      <w:pPr>
        <w:jc w:val="right"/>
      </w:pPr>
      <w:r>
        <w:t>12. إِنَّا نَحْنُ نُحْيِي الْمَوْتَىٰ وَنَكْتُبُ مَا قَدَّمُوا وَآثَارَهُمْ وَكُلَّ شَيْءٍ أَحْصَيْنَاهُ فِي إِمَامٍ مُّبِينٍ</w:t>
      </w:r>
    </w:p>
    <w:p>
      <w:pPr>
        <w:jc w:val="right"/>
      </w:pPr>
      <w:r>
        <w:t>13. وَاضْرِبْ لَهُم مَّثَلًا أَصْحَابَ الْقَرْيَةِ إِذْ جَاءَهَا الْمُرْسَلُونَ</w:t>
      </w:r>
    </w:p>
    <w:p>
      <w:pPr>
        <w:jc w:val="right"/>
      </w:pPr>
      <w:r>
        <w:t>14. إِذْ أَرْسَلْنَا إِلَيْهِمُ اثْنَيْنِ فَكَذَّبُوهُمَا فَعَزَّزْنَا بِثَالِثٍ فَقَالُوا إِنَّا إِلَيْكُم مُّرْسَلُونَ</w:t>
      </w:r>
    </w:p>
    <w:p>
      <w:pPr>
        <w:jc w:val="right"/>
      </w:pPr>
      <w:r>
        <w:t>15. قَالُوا مَا أَنتُمْ إِلَّا بَشَرٌ مِّثْلُنَا وَمَا أَنزَلَ الرَّحْمَٰنُ مِن شَيْءٍ إِنْ أَنتُمْ إِلَّا تَكْذِبُونَ</w:t>
      </w:r>
    </w:p>
    <w:p>
      <w:pPr>
        <w:jc w:val="right"/>
      </w:pPr>
      <w:r>
        <w:t>16. قَالُوا رَبُّنَا يَعْلَمُ إِنَّا إِلَيْكُمْ لَمُرْسَلُونَ</w:t>
      </w:r>
    </w:p>
    <w:p>
      <w:pPr>
        <w:jc w:val="right"/>
      </w:pPr>
      <w:r>
        <w:t>17. وَمَا عَلَيْنَا إِلَّا الْبَلَاغُ الْمُبِينُ</w:t>
      </w:r>
    </w:p>
    <w:p>
      <w:pPr>
        <w:jc w:val="right"/>
      </w:pPr>
      <w:r>
        <w:t>18. قَالُوا إِنَّا تَطَيَّرْنَا بِكُمْ لَئِن لَّمْ تَنتَهُوا لَنَرْجُمَنَّكُمْ وَلَيَمَسَّنَّكُم مِّنَّا عَذَابٌ أَلِيمٌ</w:t>
      </w:r>
    </w:p>
    <w:p>
      <w:pPr>
        <w:jc w:val="right"/>
      </w:pPr>
      <w:r>
        <w:t>19. قَالُوا طَائِرُكُم مَّعَكُمْ أَئِن ذُكِّرْتُم بَلْ أَنتُمْ قَوْمٌ مُّسْرِفُونَ</w:t>
      </w:r>
    </w:p>
    <w:p>
      <w:pPr>
        <w:jc w:val="right"/>
      </w:pPr>
      <w:r>
        <w:t>20. وَجَاءَ مِنْ أَقْصَى الْمَدِينَةِ رَجُلٌ يَسْعَىٰ قَالَ يَا قَوْمِ اتَّبِعُوا الْمُرْسَلِينَ</w:t>
      </w:r>
    </w:p>
    <w:p>
      <w:pPr>
        <w:jc w:val="right"/>
      </w:pPr>
      <w:r>
        <w:t>21. اتَّبِعُوا مَن لَّا يَسْأَلُكُمْ أَجْرًا وَهُم مُّهْتَدُونَ</w:t>
      </w:r>
    </w:p>
    <w:p>
      <w:pPr>
        <w:jc w:val="right"/>
      </w:pPr>
      <w:r>
        <w:t>22. وَمَا لِيَ لَا أَعْبُدُ الَّذِي فَطَرَنِي وَإِلَيْهِ تُرْجَعُونَ</w:t>
      </w:r>
    </w:p>
    <w:p>
      <w:pPr>
        <w:jc w:val="right"/>
      </w:pPr>
      <w:r>
        <w:t>23. أَأَتَّخِذُ مِن دُونِهِ آلِهَةً إِن يُرِدْنِ الرَّحْمَٰنُ بِضُرٍّ لَّا تُغْنِ عَنِّي شَفَاعَتُهُمْ شَيْئًا وَلَا يُنقِذُونِ</w:t>
      </w:r>
    </w:p>
    <w:p>
      <w:pPr>
        <w:jc w:val="right"/>
      </w:pPr>
      <w:r>
        <w:t>24. إِنِّي إِذًا لَّفِي ضَلَالٍ مُّبِينٍ</w:t>
      </w:r>
    </w:p>
    <w:p>
      <w:pPr>
        <w:jc w:val="right"/>
      </w:pPr>
      <w:r>
        <w:t>25. إِنِّي آمَنتُ بِرَبِّكُمْ فَاسْمَعُونِ</w:t>
      </w:r>
    </w:p>
    <w:p>
      <w:pPr>
        <w:jc w:val="right"/>
      </w:pPr>
      <w:r>
        <w:t>26. قِيلَ ادْخُلِ الْجَنَّةَ قَالَ يَا لَيْتَ قَوْمِي يَعْلَمُونَ</w:t>
      </w:r>
    </w:p>
    <w:p>
      <w:pPr>
        <w:jc w:val="right"/>
      </w:pPr>
      <w:r>
        <w:t>27. بِمَا غَفَرَ لِي رَبِّي وَجَعَلَنِي مِنَ الْمُكْرَمِينَ</w:t>
      </w:r>
    </w:p>
    <w:p>
      <w:pPr>
        <w:jc w:val="right"/>
      </w:pPr>
      <w:r>
        <w:t>28. وَمَا أَنزَلْنَا عَلَىٰ قَوْمِهِ مِن بَعْدِهِ مِن جُندٍ مِّنَ السَّمَاءِ وَمَا كُنَّا مُنزِلِينَ</w:t>
      </w:r>
    </w:p>
    <w:p>
      <w:pPr>
        <w:jc w:val="right"/>
      </w:pPr>
      <w:r>
        <w:t>29. إِن كَانَتْ إِلَّا صَيْحَةً وَاحِدَةً فَإِذَا هُمْ خَامِدُونَ</w:t>
      </w:r>
    </w:p>
    <w:p>
      <w:pPr>
        <w:jc w:val="right"/>
      </w:pPr>
      <w:r>
        <w:t>30. يَا حَسْرَةً عَلَى الْعِبَادِ مَا يَأْتِيهِم مِّن رَّسُولٍ إِلَّا كَانُوا بِهِ يَسْتَهْزِئُونَ</w:t>
      </w:r>
    </w:p>
    <w:p>
      <w:pPr>
        <w:jc w:val="right"/>
      </w:pPr>
      <w:r>
        <w:t>31. أَلَمْ يَرَوْا كَمْ أَهْلَكْنَا قَبْلَهُم مِّنَ الْقُرُونِ أَنَّهُمْ إِلَيْهِمْ لَا يَرْجِعُونَ</w:t>
      </w:r>
    </w:p>
    <w:p>
      <w:pPr>
        <w:jc w:val="right"/>
      </w:pPr>
      <w:r>
        <w:t>32. وَإِن كُلٌّ لَّمَّا جَمِيعٌ لَّدَيْنَا مُحْضَرُونَ</w:t>
      </w:r>
    </w:p>
    <w:p>
      <w:pPr>
        <w:jc w:val="right"/>
      </w:pPr>
      <w:r>
        <w:t>33. وَآيَةٌ لَّهُمُ الْأَرْضُ الْمَيْتَةُ أَحْيَيْنَاهَا وَأَخْرَجْنَا مِنْهَا حَبًّا فَمِنْهُ يَأْكُلُونَ</w:t>
      </w:r>
    </w:p>
    <w:p>
      <w:pPr>
        <w:jc w:val="right"/>
      </w:pPr>
      <w:r>
        <w:t>34. وَجَعَلْنَا فِيهَا جَنَّاتٍ مِّن نَّخِيلٍ وَأَعْنَابٍ وَفَجَّرْنَا فِيهَا مِنَ الْعُيُونِ</w:t>
      </w:r>
    </w:p>
    <w:p>
      <w:pPr>
        <w:jc w:val="right"/>
      </w:pPr>
      <w:r>
        <w:t>35. لِيَأْكُلُوا مِن ثَمَرِهِ وَمَا عَمِلَتْهُ أَيْدِيهِمْ أَفَلَا يَشْكُرُونَ</w:t>
      </w:r>
    </w:p>
    <w:p>
      <w:pPr>
        <w:jc w:val="right"/>
      </w:pPr>
      <w:r>
        <w:t>36. سُبْحَانَ الَّذِي خَلَقَ الْأَزْوَاجَ كُلَّهَا مِمَّا تُنبِتُ الْأَرْضُ وَمِنْ أَنفُسِهِمْ وَمِمَّا لَا يَعْلَمُونَ</w:t>
      </w:r>
    </w:p>
    <w:p>
      <w:pPr>
        <w:jc w:val="right"/>
      </w:pPr>
      <w:r>
        <w:t>37. وَآيَةٌ لَّهُمُ اللَّيْلُ نَسْلَخُ مِنْهُ النَّهَارَ فَإِذَا هُم مُّظْلِمُونَ</w:t>
      </w:r>
    </w:p>
    <w:p>
      <w:pPr>
        <w:jc w:val="right"/>
      </w:pPr>
      <w:r>
        <w:t>38. وَالشَّمْسُ تَجْرِي لِمُسْتَقَرٍّ لَّهَا ذَٰلِكَ تَقْدِيرُ الْعَزِيزِ الْعَلِيمِ</w:t>
      </w:r>
    </w:p>
    <w:p>
      <w:pPr>
        <w:jc w:val="right"/>
      </w:pPr>
      <w:r>
        <w:t>39. وَالْقَمَرَ قَدَّرْنَاهُ مَنَازِلَ حَتَّىٰ عَادَ كَالْعُرْجُونِ الْقَدِيمِ</w:t>
      </w:r>
    </w:p>
    <w:p>
      <w:pPr>
        <w:jc w:val="right"/>
      </w:pPr>
      <w:r>
        <w:t>40. لَا الشَّمْسُ يَنبَغِي لَهَا أَن تُدْرِكَ الْقَمَرَ وَلَا اللَّيْلُ سَابِقُ النَّهَارِ وَكُلٌّ فِي فَلَكٍ يَسْبَحُونَ</w:t>
      </w:r>
    </w:p>
    <w:p>
      <w:pPr>
        <w:jc w:val="right"/>
      </w:pPr>
      <w:r>
        <w:t>41. وَآيَةٌ لَّهُمْ أَنَّا حَمَلْنَا ذُرِّيَّتَهُمْ فِي الْفُلْكِ الْمَشْحُونِ</w:t>
      </w:r>
    </w:p>
    <w:p>
      <w:pPr>
        <w:jc w:val="right"/>
      </w:pPr>
      <w:r>
        <w:t>42. وَخَلَقْنَا لَهُم مِّن مِّثْلِهِ مَا يَرْكَبُونَ</w:t>
      </w:r>
    </w:p>
    <w:p>
      <w:pPr>
        <w:jc w:val="right"/>
      </w:pPr>
      <w:r>
        <w:t>43. وَإِن نَّشَأْ نُغْرِقْهُمْ فَلَا صَرِيخَ لَهُمْ وَلَا هُمْ يُنقَذُونَ</w:t>
      </w:r>
    </w:p>
    <w:p>
      <w:pPr>
        <w:jc w:val="right"/>
      </w:pPr>
      <w:r>
        <w:t>44. إِلَّا رَحْمَةً مِّنَّا وَمَتَاعًا إِلَىٰ حِينٍ</w:t>
      </w:r>
    </w:p>
    <w:p>
      <w:pPr>
        <w:jc w:val="right"/>
      </w:pPr>
      <w:r>
        <w:t>45. وَإِذَا قِيلَ لَهُمُ اتَّقُوا مَا بَيْنَ أَيْدِيكُمْ وَمَا خَلْفَكُمْ لَعَلَّكُمْ تُرْحَمُونَ</w:t>
      </w:r>
    </w:p>
    <w:p>
      <w:pPr>
        <w:jc w:val="right"/>
      </w:pPr>
      <w:r>
        <w:t>46. وَمَا تَأْتِيهِم مِّنْ آيَةٍ مِّنْ آيَاتِ رَبِّهِمْ إِلَّا كَانُوا عَنْهَا مُعْرِضِينَ</w:t>
      </w:r>
    </w:p>
    <w:p>
      <w:pPr>
        <w:jc w:val="right"/>
      </w:pPr>
      <w:r>
        <w:t>47. وَإِذَا قِيلَ لَهُمْ أَنفِقُوا مِمَّا رَزَقَكُمُ اللَّهُ قَالَ الَّذِينَ كَفَرُوا لِلَّذِينَ آمَنُوا أَنُطْعِمُ مَن لَّوْ يَشَاءُ اللَّهُ أَطْعَمَهُ إِنْ أَنتُمْ إِلَّا فِي ضَلَالٍ مُّبِينٍ</w:t>
      </w:r>
    </w:p>
    <w:p>
      <w:pPr>
        <w:jc w:val="right"/>
      </w:pPr>
      <w:r>
        <w:t>48. وَيَقُولُونَ مَتَىٰ هَٰذَا الْوَعْدُ إِن كُنتُمْ صَادِقِينَ</w:t>
      </w:r>
    </w:p>
    <w:p>
      <w:pPr>
        <w:jc w:val="right"/>
      </w:pPr>
      <w:r>
        <w:t>49. مَا يَنظُرُونَ إِلَّا صَيْحَةً وَاحِدَةً تَأْخُذُهُمْ وَهُمْ يَخِصِّمُونَ</w:t>
      </w:r>
    </w:p>
    <w:p>
      <w:pPr>
        <w:jc w:val="right"/>
      </w:pPr>
      <w:r>
        <w:t>50. فَلَا يَسْتَطِيعُونَ تَوْصِيَةً وَلَا إِلَىٰ أَهْلِهِمْ يَرْجِعُونَ</w:t>
      </w:r>
    </w:p>
    <w:p>
      <w:pPr>
        <w:jc w:val="right"/>
      </w:pPr>
      <w:r>
        <w:t>51. وَنُفِخَ فِي الصُّورِ فَإِذَا هُم مِّنَ الْأَجْدَاثِ إِلَىٰ رَبِّهِمْ يَنسِلُونَ</w:t>
      </w:r>
    </w:p>
    <w:p>
      <w:pPr>
        <w:jc w:val="right"/>
      </w:pPr>
      <w:r>
        <w:t>52. قَالُوا يَا وَيْلَنَا مَن بَعَثَنَا مِن مَّرْقَدِنَا هَٰذَا مَا وَعَدَ الرَّحْمَٰنُ وَصَدَقَ الْمُرْسَلُونَ</w:t>
      </w:r>
    </w:p>
    <w:p>
      <w:pPr>
        <w:jc w:val="right"/>
      </w:pPr>
      <w:r>
        <w:t>53. إِن كَانَتْ إِلَّا صَيْحَةً وَاحِدَةً فَإِذَا هُمْ جَمِيعٌ لَّدَيْنَا مُحْضَرُونَ</w:t>
      </w:r>
    </w:p>
    <w:p>
      <w:pPr>
        <w:jc w:val="right"/>
      </w:pPr>
      <w:r>
        <w:t>54. فَالْيَوْمَ لَا تُظْلَمُ نَفْسٌ شَيْئًا وَلَا تُجْزَوْنَ إِلَّا مَا كُنتُمْ تَعْمَلُونَ</w:t>
      </w:r>
    </w:p>
    <w:p>
      <w:pPr>
        <w:jc w:val="right"/>
      </w:pPr>
      <w:r>
        <w:t>55. إِنَّ أَصْحَابَ الْجَنَّةِ الْيَوْمَ فِي شُغُلٍ فَاكِهُونَ</w:t>
      </w:r>
    </w:p>
    <w:p>
      <w:pPr>
        <w:jc w:val="right"/>
      </w:pPr>
      <w:r>
        <w:t>56. هُمْ وَأَزْوَاجُهُمْ فِي ظِلَالٍ عَلَى الْأَرَائِكِ مُتَّكِئُونَ</w:t>
      </w:r>
    </w:p>
    <w:p>
      <w:pPr>
        <w:jc w:val="right"/>
      </w:pPr>
      <w:r>
        <w:t>57. لَهُمْ فِيهَا فَاكِهَةٌ وَلَهُم مَّا يَدَّعُونَ</w:t>
      </w:r>
    </w:p>
    <w:p>
      <w:pPr>
        <w:jc w:val="right"/>
      </w:pPr>
      <w:r>
        <w:t>58. سَلَامٌ قَوْلًا مِّن رَّبٍّ رَّحِيمٍ</w:t>
      </w:r>
    </w:p>
    <w:p>
      <w:pPr>
        <w:jc w:val="right"/>
      </w:pPr>
      <w:r>
        <w:t>59. وَامْتَازُوا الْيَوْمَ أَيُّهَا الْمُجْرِمُونَ</w:t>
      </w:r>
    </w:p>
    <w:p>
      <w:pPr>
        <w:jc w:val="right"/>
      </w:pPr>
      <w:r>
        <w:t>60. أَلَمْ أَعْهَدْ إِلَيْكُمْ يَا بَنِي آدَمَ أَن لَّا تَعْبُدُوا الشَّيْطَانَ إِنَّهُ لَكُمْ عَدُوٌّ مُّبِينٌ</w:t>
      </w:r>
    </w:p>
    <w:p>
      <w:pPr>
        <w:jc w:val="right"/>
      </w:pPr>
      <w:r>
        <w:t>61. وَأَنِ اعْبُدُونِي هَٰذَا صِرَاطٌ مُّسْتَقِيمٌ</w:t>
      </w:r>
    </w:p>
    <w:p>
      <w:pPr>
        <w:jc w:val="right"/>
      </w:pPr>
      <w:r>
        <w:t>62. وَلَقَدْ أَضَلَّ مِنكُمْ جِبِلًّا كَثِيرًا أَفَلَمْ تَكُونُوا تَعْقِلُونَ</w:t>
      </w:r>
    </w:p>
    <w:p>
      <w:pPr>
        <w:jc w:val="right"/>
      </w:pPr>
      <w:r>
        <w:t>63. هَٰذِهِ جَهَنَّمُ الَّتِي كُنتُمْ تُوعَدُونَ</w:t>
      </w:r>
    </w:p>
    <w:p>
      <w:pPr>
        <w:jc w:val="right"/>
      </w:pPr>
      <w:r>
        <w:t>64. اصْلَوْهَا الْيَوْمَ بِمَا كُنتُمْ تَكْفُرُونَ</w:t>
      </w:r>
    </w:p>
    <w:p>
      <w:pPr>
        <w:jc w:val="right"/>
      </w:pPr>
      <w:r>
        <w:t>65. الْيَوْمَ نَخْتِمُ عَلَىٰ أَفْوَاهِهِمْ وَتُكَلِّمُنَا أَيْدِيهِمْ وَتَشْهَدُ أَرْجُلُهُم بِمَا كَانُوا يَكْسِبُونَ</w:t>
      </w:r>
    </w:p>
    <w:p>
      <w:pPr>
        <w:jc w:val="right"/>
      </w:pPr>
      <w:r>
        <w:t>66. وَلَوْ نَشَاءُ لَطَمَسْنَا عَلَىٰ أَعْيُنِهِمْ فَاسْتَبَقُوا الصِّرَاطَ فَأَنَّىٰ يُبْصِرُونَ</w:t>
      </w:r>
    </w:p>
    <w:p>
      <w:pPr>
        <w:jc w:val="right"/>
      </w:pPr>
      <w:r>
        <w:t>67. وَلَوْ نَشَاءُ لَمَسَخْنَاهُمْ عَلَىٰ مَكَانَتِهِمْ فَمَا اسْتَطَاعُوا مُضِيًّا وَلَا يَرْجِعُونَ</w:t>
      </w:r>
    </w:p>
    <w:p>
      <w:pPr>
        <w:jc w:val="right"/>
      </w:pPr>
      <w:r>
        <w:t>68. وَمَن نُّعَمِّرْهُ نُنَكِّسْهُ فِي الْخَلْقِ أَفَلَا يَعْقِلُونَ</w:t>
      </w:r>
    </w:p>
    <w:p>
      <w:pPr>
        <w:jc w:val="right"/>
      </w:pPr>
      <w:r>
        <w:t>69. وَمَا عَلَّمْنَاهُ الشِّعْرَ وَمَا يَنبَغِي لَهُ إِنْ هُوَ إِلَّا ذِكْرٌ وَقُرْآنٌ مُّبِينٌ</w:t>
      </w:r>
    </w:p>
    <w:p>
      <w:pPr>
        <w:jc w:val="right"/>
      </w:pPr>
      <w:r>
        <w:t>70. لِيُنذِرَ مَن كَانَ حَيًّا وَيَحِقَّ الْقَوْلُ عَلَى الْكَافِرِينَ</w:t>
      </w:r>
    </w:p>
    <w:p>
      <w:pPr>
        <w:jc w:val="right"/>
      </w:pPr>
      <w:r>
        <w:t>71. أَوَلَمْ يَرَوْا أَنَّا خَلَقْنَا لَهُم مِّمَّا عَمِلَتْ أَيْدِينَا أَنْعَامًا فَهُمْ لَهَا مَالِكُونَ</w:t>
      </w:r>
    </w:p>
    <w:p>
      <w:pPr>
        <w:jc w:val="right"/>
      </w:pPr>
      <w:r>
        <w:t>72. وَذَلَّلْنَاهَا لَهُمْ فَمِنْهَا رَكُوبُهُمْ وَمِنْهَا يَأْكُلُونَ</w:t>
      </w:r>
    </w:p>
    <w:p>
      <w:pPr>
        <w:jc w:val="right"/>
      </w:pPr>
      <w:r>
        <w:t>73. وَلَهُمْ فِيهَا مَنَافِعُ وَمَشَارِبُ أَفَلَا يَشْكُرُونَ</w:t>
      </w:r>
    </w:p>
    <w:p>
      <w:pPr>
        <w:jc w:val="right"/>
      </w:pPr>
      <w:r>
        <w:t>74. وَاتَّخَذُوا مِن دُونِ اللَّهِ آلِهَةً لَّعَلَّهُمْ يُنصَرُونَ</w:t>
      </w:r>
    </w:p>
    <w:p>
      <w:pPr>
        <w:jc w:val="right"/>
      </w:pPr>
      <w:r>
        <w:t>75. لَا يَسْتَطِيعُونَ نَصْرَهُمْ وَهُمْ لَهُمْ جُندٌ مُّحْضَرُونَ</w:t>
      </w:r>
    </w:p>
    <w:p>
      <w:pPr>
        <w:jc w:val="right"/>
      </w:pPr>
      <w:r>
        <w:t>76. فَلَا يَحْزُنكَ قَوْلُهُمْ إِنَّا نَعْلَمُ مَا يُسِرُّونَ وَمَا يُعْلِنُونَ</w:t>
      </w:r>
    </w:p>
    <w:p>
      <w:pPr>
        <w:jc w:val="right"/>
      </w:pPr>
      <w:r>
        <w:t>77. أَوَلَمْ يَرَ الْإِنسَانُ أَنَّا خَلَقْنَاهُ مِن نُّطْفَةٍ فَإِذَا هُوَ خَصِيمٌ مُّبِينٌ</w:t>
      </w:r>
    </w:p>
    <w:p>
      <w:pPr>
        <w:jc w:val="right"/>
      </w:pPr>
      <w:r>
        <w:t>78. وَضَرَبَ لَنَا مَثَلًا وَنَسِيَ خَلْقَهُ قَالَ مَن يُحْيِي الْعِظَامَ وَهِيَ رَمِيمٌ</w:t>
      </w:r>
    </w:p>
    <w:p>
      <w:pPr>
        <w:jc w:val="right"/>
      </w:pPr>
      <w:r>
        <w:t>79. قُلْ يُحْيِيهَا الَّذِي أَنشَأَهَا أَوَّلَ مَرَّةٍ وَهُوَ بِكُلِّ خَلْقٍ عَلِيمٌ</w:t>
      </w:r>
    </w:p>
    <w:p>
      <w:pPr>
        <w:jc w:val="right"/>
      </w:pPr>
      <w:r>
        <w:t>80. الَّذِي جَعَلَ لَكُم مِّنَ الشَّجَرِ الْأَخْضَرِ نَارًا فَإِذَا أَنتُم مِّنْهُ تُوقِدُونَ</w:t>
      </w:r>
    </w:p>
    <w:p>
      <w:pPr>
        <w:jc w:val="right"/>
      </w:pPr>
      <w:r>
        <w:t>81. أَوَلَيْسَ الَّذِي خَلَقَ السَّمَاوَاتِ وَالْأَرْضَ بِقَادِرٍ عَلَىٰ أَن يَخْلُقَ مِثْلَهُم بَلَىٰ وَهُوَ الْخَلَّاقُ الْعَلِيمُ</w:t>
      </w:r>
    </w:p>
    <w:p>
      <w:pPr>
        <w:jc w:val="right"/>
      </w:pPr>
      <w:r>
        <w:t>82. إِنَّمَا أَمْرُهُ إِذَا أَرَادَ شَيْئًا أَن يَقُولَ لَهُ كُن فَيَكُونُ</w:t>
      </w:r>
    </w:p>
    <w:p>
      <w:pPr>
        <w:jc w:val="right"/>
      </w:pPr>
      <w:r>
        <w:t>83. فَسُبْحَانَ الَّذِي بِيَدِهِ مَلَكُوتُ كُلِّ شَيْءٍ وَإِلَيْهِ تُرْجَعُونَ</w:t>
      </w:r>
    </w:p>
    <w:p>
      <w:pPr>
        <w:jc w:val="right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